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71EF7" w14:textId="346A034E" w:rsidR="0059764B" w:rsidRDefault="008129B8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7078FC" wp14:editId="7296A60E">
            <wp:simplePos x="0" y="0"/>
            <wp:positionH relativeFrom="column">
              <wp:posOffset>22767</wp:posOffset>
            </wp:positionH>
            <wp:positionV relativeFrom="paragraph">
              <wp:posOffset>-268248</wp:posOffset>
            </wp:positionV>
            <wp:extent cx="7716644" cy="10923371"/>
            <wp:effectExtent l="0" t="0" r="5080" b="0"/>
            <wp:wrapNone/>
            <wp:docPr id="162600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00436" name="Picture 16260043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16644" cy="10923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94B2F" w14:textId="6CC73999" w:rsidR="0059764B" w:rsidRDefault="00000000" w:rsidP="008129B8">
      <w:pPr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 wp14:anchorId="384C6920" wp14:editId="6669B170">
            <wp:extent cx="7562088" cy="106893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lean_martial_arts_brochure_welcome_page_design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 wp14:anchorId="7FC8F418" wp14:editId="5B4937D3">
            <wp:extent cx="7562088" cy="1068933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lean_bold_informational_poster_flyer_design_ab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 wp14:anchorId="22EF8447" wp14:editId="59B25D7A">
            <wp:extent cx="7562088" cy="1068933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lean_bold_brochure_flyer_style_poster_image_m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 wp14:anchorId="2AB8E850" wp14:editId="12B51A7C">
            <wp:extent cx="7562088" cy="1068933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lean_graphic_promotional_flyer_poster_layout_f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 wp14:anchorId="48C5BD38" wp14:editId="64F8F3B2">
            <wp:extent cx="7562088" cy="1068933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lean_high_contrast_promotional_poster_infograp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 wp14:anchorId="3DA9D226" wp14:editId="36EFD785">
            <wp:extent cx="7562088" cy="1068933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lean_high_resolution_graphic_of_a_printable_for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 wp14:anchorId="2A2BC962" wp14:editId="6CD973B0">
            <wp:extent cx="7562088" cy="1068933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lean_high_resolution_graphic_document_form_d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 wp14:anchorId="6D3824E4" wp14:editId="1DEC25B5">
            <wp:extent cx="7562088" cy="1068933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lean_high_resolution_graphic_document_form_o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 wp14:anchorId="076F535E" wp14:editId="54DE02FB">
            <wp:extent cx="7562088" cy="1068933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lean_graphic_poster_flyer_layout_like_a_martia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764B" w:rsidSect="00034616">
      <w:pgSz w:w="11909" w:h="16834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8523527">
    <w:abstractNumId w:val="8"/>
  </w:num>
  <w:num w:numId="2" w16cid:durableId="163325070">
    <w:abstractNumId w:val="6"/>
  </w:num>
  <w:num w:numId="3" w16cid:durableId="1247616461">
    <w:abstractNumId w:val="5"/>
  </w:num>
  <w:num w:numId="4" w16cid:durableId="117142662">
    <w:abstractNumId w:val="4"/>
  </w:num>
  <w:num w:numId="5" w16cid:durableId="8025367">
    <w:abstractNumId w:val="7"/>
  </w:num>
  <w:num w:numId="6" w16cid:durableId="1608542986">
    <w:abstractNumId w:val="3"/>
  </w:num>
  <w:num w:numId="7" w16cid:durableId="1057818400">
    <w:abstractNumId w:val="2"/>
  </w:num>
  <w:num w:numId="8" w16cid:durableId="1256939306">
    <w:abstractNumId w:val="1"/>
  </w:num>
  <w:num w:numId="9" w16cid:durableId="473104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9764B"/>
    <w:rsid w:val="008129B8"/>
    <w:rsid w:val="00AA1D8D"/>
    <w:rsid w:val="00B47730"/>
    <w:rsid w:val="00CB0664"/>
    <w:rsid w:val="00E66F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443EB9"/>
  <w14:defaultImageDpi w14:val="300"/>
  <w15:docId w15:val="{90505DC9-40DA-874A-9B40-70E9A1D8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Jag Basra</cp:lastModifiedBy>
  <cp:revision>2</cp:revision>
  <dcterms:created xsi:type="dcterms:W3CDTF">2026-08-27T19:59:00Z</dcterms:created>
  <dcterms:modified xsi:type="dcterms:W3CDTF">2026-08-27T19:59:00Z</dcterms:modified>
  <cp:category/>
</cp:coreProperties>
</file>